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Langkah Konfigurasi Hestia Control Panel</w:t>
      </w:r>
    </w:p>
    <w:p>
      <w:r>
        <w:t>Nama: Armando Budianto Djunaedi</w:t>
        <w:br/>
        <w:t>Kelas: XII-TKJ 2</w:t>
        <w:br/>
        <w:t>No. Absen: 6</w:t>
        <w:br/>
      </w:r>
    </w:p>
    <w:p>
      <w:r>
        <w:t>Nama: Armando Budianto Djunaedi</w:t>
      </w:r>
    </w:p>
    <w:p>
      <w:r>
        <w:t>Kelas: XII-TKJ 2</w:t>
      </w:r>
    </w:p>
    <w:p>
      <w:r>
        <w:t>No. Absen: 6</w:t>
      </w:r>
    </w:p>
    <w:p/>
    <w:p>
      <w:pPr>
        <w:pStyle w:val="Heading1"/>
      </w:pPr>
      <w:r>
        <w:t>1. Konfigurasi Hestia Control Panel</w:t>
      </w:r>
    </w:p>
    <w:p/>
    <w:p>
      <w:pPr/>
      <w:r>
        <w:t>Langkah-langkah konfigurasi Hestia setelah menginstal Debian 12:</w:t>
        <w:br/>
      </w:r>
    </w:p>
    <w:p>
      <w:pPr>
        <w:pStyle w:val="Heading2"/>
      </w:pPr>
      <w:r>
        <w:t>2. Pengaturan IP Address</w:t>
      </w:r>
    </w:p>
    <w:p/>
    <w:p>
      <w:pPr/>
      <w:r>
        <w:t>Setelah mengatur IP address, restart jaringan dengan perintah:</w:t>
      </w:r>
    </w:p>
    <w:p>
      <w:pPr>
        <w:pStyle w:val="Quote"/>
      </w:pPr>
      <w:r>
        <w:t>`systemctl restart networking`</w:t>
      </w:r>
    </w:p>
    <w:p>
      <w:r>
        <w:t>lalu pergi ke menu edit &gt; virtual network editor &gt; vmnet8 lalu ganti subnet ip nya menjadi 80.80.80.0 habis itu apply dan oke</w:t>
      </w:r>
    </w:p>
    <w:p/>
    <w:p>
      <w:pPr>
        <w:pStyle w:val="Heading2"/>
      </w:pPr>
      <w:r>
        <w:t>3. Konfigurasi Resolv.conf</w:t>
      </w:r>
    </w:p>
    <w:p>
      <w:pPr/>
      <w:r>
        <w:t>Tambahkan servername berikut dalam resolv.conf:</w:t>
      </w:r>
    </w:p>
    <w:p>
      <w:pPr>
        <w:pStyle w:val="Quote"/>
      </w:pPr>
      <w:r>
        <w:t>`8.8.8.8` dan `8.8.4.4`</w:t>
      </w:r>
    </w:p>
    <w:p>
      <w:r>
        <w:t>kemudian masuk ke nano /etc/apt/sources.list dan tambahkan pagar pada kalimat di gambar bawah ini</w:t>
      </w:r>
    </w:p>
    <w:p/>
    <w:p>
      <w:pPr>
        <w:pStyle w:val="Heading2"/>
      </w:pPr>
      <w:r>
        <w:t>4. Pembaruan Sistem</w:t>
      </w:r>
    </w:p>
    <w:p>
      <w:pPr/>
      <w:r>
        <w:t>Perbarui sistem menggunakan perintah:</w:t>
      </w:r>
    </w:p>
    <w:p>
      <w:pPr>
        <w:pStyle w:val="Quote"/>
      </w:pPr>
      <w:r>
        <w:t>`apt-get update`</w:t>
      </w:r>
    </w:p>
    <w:p>
      <w:pPr>
        <w:pStyle w:val="Heading2"/>
      </w:pPr>
      <w:r>
        <w:t>5. Konfigurasi SSH</w:t>
      </w:r>
    </w:p>
    <w:p>
      <w:pPr/>
      <w:r>
        <w:t>Edit konfigurasi SSH untuk keamanan dan akses:</w:t>
      </w:r>
    </w:p>
    <w:p>
      <w:pPr>
        <w:pStyle w:val="Quote"/>
      </w:pPr>
      <w:r>
        <w:t>Ganti `Port 22` dengan `Port 89` dan `PermitRootLogin yes`</w:t>
      </w:r>
    </w:p>
    <w:p>
      <w:r>
        <w:t>#Port 22 🡪 Port 89</w:t>
      </w:r>
    </w:p>
    <w:p>
      <w:r>
        <w:t>#PermitRootLogin prohibit-password 🡪 PermitRootLogin yes</w:t>
      </w:r>
    </w:p>
    <w:p>
      <w:r>
        <w:t>habis itu systemctl restart sshd</w:t>
      </w:r>
    </w:p>
    <w:p>
      <w:r>
        <w:t>masuk ke putty dengan port 89 hasil nya seperti berikut</w:t>
      </w:r>
    </w:p>
    <w:p/>
    <w:p>
      <w:pPr>
        <w:pStyle w:val="Heading2"/>
      </w:pPr>
      <w:r>
        <w:t>6. Install Hestia</w:t>
      </w:r>
    </w:p>
    <w:p>
      <w:pPr/>
      <w:r>
        <w:t>Download Hestia dengan perintah berikut:</w:t>
      </w:r>
    </w:p>
    <w:p>
      <w:pPr>
        <w:pStyle w:val="Quote"/>
      </w:pPr>
      <w:r>
        <w:t>`wget https://raw.githubusercontent.com/hestiacp/hestiacp/release/install/hst-install.sh`</w:t>
      </w:r>
    </w:p>
    <w:p>
      <w:r>
        <w:t>11.kalau kayak gini artinya sudah</w:t>
      </w:r>
    </w:p>
    <w:p/>
    <w:p>
      <w:r>
        <w:t>12.lalu ketik perintah bash hst-install.sh lalu tunggu proses download sampai selesai</w:t>
      </w:r>
    </w:p>
    <w:p>
      <w:r>
        <w:t>13.pilih y pada tampilan ini</w:t>
      </w:r>
    </w:p>
    <w:p/>
    <w:p>
      <w:r>
        <w:t>14.masukkan email dan hostname yang valid pada bagian ini untuk hostname harus 3 oktaf seperti (hestia.mydomain.com),lalu enter dan tunggu</w:t>
      </w:r>
    </w:p>
    <w:p/>
    <w:p>
      <w:r>
        <w:t>15.Lalu dibagian ini continue</w:t>
      </w:r>
    </w:p>
    <w:p/>
    <w:p>
      <w:r>
        <w:t>16.lalu ketik perintah v-change-user-password admin ()</w:t>
      </w:r>
    </w:p>
    <w:p/>
    <w:p/>
    <w:p>
      <w:r>
        <w:t>17.lalu login di web 80.80.80.19:8083</w:t>
      </w:r>
    </w:p>
    <w:p/>
    <w:p>
      <w:r>
        <w:t>18.dan sudah berhasil masuk</w:t>
      </w:r>
    </w:p>
    <w:p/>
    <w:p>
      <w:r>
        <w:t>19.Habis itu add 2 user baru yaitu pembeli 1 pembeli 2</w:t>
      </w:r>
    </w:p>
    <w:p/>
    <w:p>
      <w:r>
        <w:t>20.lalu isi data yang dibutuhkan sperti name,contact,dan email</w:t>
      </w:r>
    </w:p>
    <w:p/>
    <w:p>
      <w:r>
        <w:t>21.lalu save,dan begitupun yang user ke dua</w:t>
      </w:r>
    </w:p>
    <w:p>
      <w:r>
        <w:t>22.habis itu pergi ke menu dns dan tambahkan dns</w:t>
      </w:r>
    </w:p>
    <w:p/>
    <w:p>
      <w:r>
        <w:t>23.yang ini pilih continue aja</w:t>
      </w:r>
    </w:p>
    <w:p/>
    <w:p>
      <w:r>
        <w:t>24.isi domain nya dengan nama domain cp kita</w:t>
      </w:r>
    </w:p>
    <w:p/>
    <w:p>
      <w:r>
        <w:t>25.lalu save</w:t>
      </w:r>
    </w:p>
    <w:p/>
    <w:p/>
    <w:p/>
    <w:p>
      <w:r>
        <w:t>26.kembali ke menu user dan masuk ke pembeli 1</w:t>
      </w:r>
    </w:p>
    <w:p/>
    <w:p>
      <w:r>
        <w:t>Pencet yang ini</w:t>
      </w:r>
    </w:p>
    <w:p/>
    <w:p>
      <w:r>
        <w:t>27.Lalu tambahkan web domain</w:t>
      </w:r>
    </w:p>
    <w:p/>
    <w:p/>
    <w:p>
      <w:r>
        <w:t>28.dns support dan mail support di centang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